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30E06" w14:textId="6B481A01" w:rsidR="00894230" w:rsidRDefault="00D76788">
      <w:pPr>
        <w:jc w:val="center"/>
      </w:pPr>
      <w:r>
        <w:rPr>
          <w:b/>
          <w:color w:val="2F5496"/>
          <w:sz w:val="36"/>
        </w:rPr>
        <w:t>ECA Voucher Request &amp; Attestation Form</w:t>
      </w:r>
      <w:r w:rsidR="007C3A3B">
        <w:rPr>
          <w:b/>
          <w:color w:val="2F5496"/>
          <w:sz w:val="36"/>
        </w:rPr>
        <w:t xml:space="preserve"> v1.0</w:t>
      </w:r>
    </w:p>
    <w:p w14:paraId="784DED3E" w14:textId="77777777" w:rsidR="00894230" w:rsidRDefault="00894230"/>
    <w:p w14:paraId="60936765" w14:textId="2E48C418" w:rsidR="00894230" w:rsidRDefault="00D76788">
      <w:r>
        <w:rPr>
          <w:b/>
        </w:rPr>
        <w:t>Purpose:</w:t>
      </w:r>
      <w:r>
        <w:t xml:space="preserve"> This form is to be used by </w:t>
      </w:r>
      <w:r w:rsidR="007C3A3B">
        <w:t>A</w:t>
      </w:r>
      <w:r>
        <w:t xml:space="preserve">uthorized </w:t>
      </w:r>
      <w:r w:rsidR="007C3A3B">
        <w:t xml:space="preserve">DoW Employee’s (ADE) </w:t>
      </w:r>
      <w:r>
        <w:t xml:space="preserve">to request an External </w:t>
      </w:r>
      <w:commentRangeStart w:id="0"/>
      <w:commentRangeStart w:id="1"/>
      <w:r>
        <w:t>Certificate</w:t>
      </w:r>
      <w:commentRangeEnd w:id="0"/>
      <w:r w:rsidR="001F6422">
        <w:rPr>
          <w:rStyle w:val="CommentReference"/>
          <w:sz w:val="22"/>
          <w:szCs w:val="22"/>
        </w:rPr>
        <w:commentReference w:id="0"/>
      </w:r>
      <w:commentRangeEnd w:id="1"/>
      <w:r w:rsidR="003210BF">
        <w:rPr>
          <w:rStyle w:val="CommentReference"/>
          <w:sz w:val="22"/>
          <w:szCs w:val="22"/>
        </w:rPr>
        <w:commentReference w:id="1"/>
      </w:r>
      <w:r>
        <w:t xml:space="preserve"> Authority (ECA) certificate voucher</w:t>
      </w:r>
      <w:r w:rsidR="007C3A3B">
        <w:t xml:space="preserve"> on behalf of a foreign national</w:t>
      </w:r>
      <w:r>
        <w:t>. All sections must be completed to ensure the correct certificate is issued in a fiscally responsible manner.</w:t>
      </w:r>
    </w:p>
    <w:p w14:paraId="1F6E708F" w14:textId="77777777" w:rsidR="00894230" w:rsidRDefault="00894230"/>
    <w:p w14:paraId="6AE0D82B" w14:textId="77777777" w:rsidR="00894230" w:rsidRDefault="00D76788">
      <w:r>
        <w:rPr>
          <w:b/>
          <w:color w:val="2F5496"/>
          <w:sz w:val="28"/>
        </w:rPr>
        <w:t>Section 1: End-User Information</w:t>
      </w:r>
    </w:p>
    <w:p w14:paraId="4ED1C8A1" w14:textId="77777777" w:rsidR="00894230" w:rsidRDefault="00D76788">
      <w:r>
        <w:rPr>
          <w:i/>
        </w:rPr>
        <w:t>Instructions: Please provide the full and accurate details for the foreign national who will be the recipient of the ECA certificate.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708"/>
        <w:gridCol w:w="4932"/>
      </w:tblGrid>
      <w:tr w:rsidR="00894230" w14:paraId="62536891" w14:textId="77777777" w:rsidTr="0002692B">
        <w:tc>
          <w:tcPr>
            <w:tcW w:w="3708" w:type="dxa"/>
          </w:tcPr>
          <w:p w14:paraId="610AAE9D" w14:textId="77777777" w:rsidR="00894230" w:rsidRDefault="00D76788">
            <w:r>
              <w:rPr>
                <w:b/>
              </w:rPr>
              <w:t>Full Legal Name:</w:t>
            </w:r>
          </w:p>
          <w:p w14:paraId="71D9ACFA" w14:textId="77777777" w:rsidR="00894230" w:rsidRDefault="00D76788">
            <w:r>
              <w:rPr>
                <w:i/>
                <w:sz w:val="20"/>
              </w:rPr>
              <w:t>(As it should appear on the certificate)</w:t>
            </w:r>
          </w:p>
        </w:tc>
        <w:tc>
          <w:tcPr>
            <w:tcW w:w="4932" w:type="dxa"/>
          </w:tcPr>
          <w:p w14:paraId="46CDDAE5" w14:textId="77777777" w:rsidR="00894230" w:rsidRDefault="00894230"/>
        </w:tc>
      </w:tr>
      <w:tr w:rsidR="00894230" w14:paraId="52930934" w14:textId="77777777" w:rsidTr="0002692B">
        <w:tc>
          <w:tcPr>
            <w:tcW w:w="3708" w:type="dxa"/>
          </w:tcPr>
          <w:p w14:paraId="34DF79AA" w14:textId="77777777" w:rsidR="00894230" w:rsidRDefault="00D76788">
            <w:r>
              <w:rPr>
                <w:b/>
              </w:rPr>
              <w:t>Email Address:</w:t>
            </w:r>
          </w:p>
          <w:p w14:paraId="7C4B3350" w14:textId="77777777" w:rsidR="00894230" w:rsidRDefault="00D76788">
            <w:r>
              <w:rPr>
                <w:i/>
                <w:sz w:val="20"/>
              </w:rPr>
              <w:t>(Voucher &amp; instructions will be sent here)</w:t>
            </w:r>
          </w:p>
        </w:tc>
        <w:tc>
          <w:tcPr>
            <w:tcW w:w="4932" w:type="dxa"/>
          </w:tcPr>
          <w:p w14:paraId="6BFC8BFB" w14:textId="77777777" w:rsidR="00894230" w:rsidRDefault="00894230"/>
        </w:tc>
      </w:tr>
      <w:tr w:rsidR="00894230" w14:paraId="0CC957AB" w14:textId="77777777" w:rsidTr="0002692B">
        <w:tc>
          <w:tcPr>
            <w:tcW w:w="3708" w:type="dxa"/>
          </w:tcPr>
          <w:p w14:paraId="6DD4F4D1" w14:textId="77777777" w:rsidR="00894230" w:rsidRDefault="00D76788">
            <w:r>
              <w:rPr>
                <w:b/>
              </w:rPr>
              <w:t>Organization/Agency:</w:t>
            </w:r>
          </w:p>
        </w:tc>
        <w:tc>
          <w:tcPr>
            <w:tcW w:w="4932" w:type="dxa"/>
          </w:tcPr>
          <w:p w14:paraId="1DC0E978" w14:textId="77777777" w:rsidR="00894230" w:rsidRDefault="00894230"/>
        </w:tc>
      </w:tr>
      <w:tr w:rsidR="00894230" w14:paraId="20EEF9B0" w14:textId="77777777" w:rsidTr="0002692B">
        <w:tc>
          <w:tcPr>
            <w:tcW w:w="3708" w:type="dxa"/>
          </w:tcPr>
          <w:p w14:paraId="23350201" w14:textId="77777777" w:rsidR="00894230" w:rsidRDefault="00D76788">
            <w:r>
              <w:rPr>
                <w:b/>
              </w:rPr>
              <w:t>Country:</w:t>
            </w:r>
          </w:p>
        </w:tc>
        <w:tc>
          <w:tcPr>
            <w:tcW w:w="4932" w:type="dxa"/>
          </w:tcPr>
          <w:p w14:paraId="439AB3C2" w14:textId="77777777" w:rsidR="00894230" w:rsidRDefault="00894230"/>
        </w:tc>
      </w:tr>
      <w:tr w:rsidR="00894230" w14:paraId="1908E56C" w14:textId="77777777" w:rsidTr="0002692B">
        <w:tc>
          <w:tcPr>
            <w:tcW w:w="3708" w:type="dxa"/>
          </w:tcPr>
          <w:p w14:paraId="0AED911C" w14:textId="77777777" w:rsidR="00894230" w:rsidRDefault="00D76788">
            <w:r>
              <w:rPr>
                <w:b/>
              </w:rPr>
              <w:t>Job Title / Position:</w:t>
            </w:r>
          </w:p>
        </w:tc>
        <w:tc>
          <w:tcPr>
            <w:tcW w:w="4932" w:type="dxa"/>
          </w:tcPr>
          <w:p w14:paraId="56E48D2D" w14:textId="77777777" w:rsidR="00894230" w:rsidRDefault="00894230"/>
        </w:tc>
      </w:tr>
      <w:tr w:rsidR="00894230" w14:paraId="5BD36848" w14:textId="77777777" w:rsidTr="0002692B">
        <w:tc>
          <w:tcPr>
            <w:tcW w:w="3708" w:type="dxa"/>
          </w:tcPr>
          <w:p w14:paraId="05560D32" w14:textId="35A617D4" w:rsidR="00894230" w:rsidRDefault="005406CB">
            <w:r>
              <w:rPr>
                <w:b/>
              </w:rPr>
              <w:t>SCIP Application</w:t>
            </w:r>
            <w:r w:rsidR="00D76788">
              <w:rPr>
                <w:b/>
              </w:rPr>
              <w:t>:</w:t>
            </w:r>
          </w:p>
        </w:tc>
        <w:tc>
          <w:tcPr>
            <w:tcW w:w="4932" w:type="dxa"/>
          </w:tcPr>
          <w:p w14:paraId="5144EA0A" w14:textId="0D826D01" w:rsidR="00894230" w:rsidRDefault="00B90543">
            <w:r>
              <w:t>(e.g.</w:t>
            </w:r>
            <w:r w:rsidR="005406CB">
              <w:t xml:space="preserve"> WebRoR, EFTS)</w:t>
            </w:r>
          </w:p>
        </w:tc>
      </w:tr>
    </w:tbl>
    <w:p w14:paraId="58548C83" w14:textId="77777777" w:rsidR="00894230" w:rsidRDefault="00894230"/>
    <w:p w14:paraId="05791FA4" w14:textId="77777777" w:rsidR="00894230" w:rsidRDefault="00894230"/>
    <w:p w14:paraId="12BF8796" w14:textId="77777777" w:rsidR="00894230" w:rsidRDefault="00D76788">
      <w:r>
        <w:rPr>
          <w:b/>
          <w:color w:val="2F5496"/>
          <w:sz w:val="28"/>
        </w:rPr>
        <w:t>Section 2: Certificate Type Selection</w:t>
      </w:r>
    </w:p>
    <w:p w14:paraId="58C13106" w14:textId="7AA29609" w:rsidR="00894230" w:rsidRDefault="00D76788">
      <w:r>
        <w:rPr>
          <w:i/>
        </w:rPr>
        <w:t>Instructions: Select the required certificate type. The default and most common type is a Soft Certificate. A Hard Token requires specific justification and acknowledgement of hardware responsibility.</w:t>
      </w:r>
      <w:r w:rsidR="002A3C71">
        <w:rPr>
          <w:i/>
        </w:rPr>
        <w:t xml:space="preserve"> If you are unsure which certificate is approp</w:t>
      </w:r>
      <w:r w:rsidR="004C3229">
        <w:rPr>
          <w:i/>
        </w:rPr>
        <w:t>riate, please consult your IT department</w:t>
      </w:r>
      <w:r w:rsidR="005F3D9A">
        <w:rPr>
          <w:i/>
        </w:rPr>
        <w:t>.</w:t>
      </w:r>
    </w:p>
    <w:p w14:paraId="0682A17A" w14:textId="77777777" w:rsidR="00894230" w:rsidRDefault="00D76788">
      <w:r>
        <w:t>Please select one:</w:t>
      </w:r>
    </w:p>
    <w:p w14:paraId="5C79872E" w14:textId="77777777" w:rsidR="00894230" w:rsidRDefault="00D76788">
      <w:r>
        <w:t>[  ]  Soft Certificate (Software-based, installed on a single computer)</w:t>
      </w:r>
    </w:p>
    <w:p w14:paraId="3D43E2F3" w14:textId="073A5D28" w:rsidR="00894230" w:rsidRDefault="00D76788">
      <w:r>
        <w:t xml:space="preserve">[  ]  Hard Token (Physical </w:t>
      </w:r>
      <w:r w:rsidR="00573E77">
        <w:t>smartcard</w:t>
      </w:r>
      <w:r>
        <w:t xml:space="preserve"> for portability and VDI/Thin Client use)</w:t>
      </w:r>
    </w:p>
    <w:p w14:paraId="70666C0D" w14:textId="77777777" w:rsidR="00894230" w:rsidRDefault="00D76788">
      <w:pPr>
        <w:ind w:left="720"/>
      </w:pPr>
      <w:r>
        <w:rPr>
          <w:b/>
        </w:rPr>
        <w:t xml:space="preserve">Acknowledgement for Hard Token Request: </w:t>
      </w:r>
      <w:r>
        <w:t xml:space="preserve">By selecting "Hard Token," you acknowledge that </w:t>
      </w:r>
      <w:r>
        <w:rPr>
          <w:b/>
        </w:rPr>
        <w:t>the end-user or their sponsoring organization is responsible for providing their own compatible smart card reader hardware.</w:t>
      </w:r>
    </w:p>
    <w:p w14:paraId="244C1E85" w14:textId="77777777" w:rsidR="00894230" w:rsidRDefault="00894230"/>
    <w:p w14:paraId="002642CC" w14:textId="77777777" w:rsidR="00856200" w:rsidRDefault="00856200">
      <w:pPr>
        <w:rPr>
          <w:b/>
          <w:u w:val="single"/>
        </w:rPr>
      </w:pPr>
    </w:p>
    <w:p w14:paraId="173B8818" w14:textId="4A60D709" w:rsidR="00894230" w:rsidRDefault="00D76788">
      <w:r>
        <w:rPr>
          <w:b/>
          <w:u w:val="single"/>
        </w:rPr>
        <w:lastRenderedPageBreak/>
        <w:t>MANDATORY Justification for Hard Token:</w:t>
      </w:r>
    </w:p>
    <w:p w14:paraId="61E0C7E6" w14:textId="77777777" w:rsidR="00894230" w:rsidRDefault="00D76788">
      <w:r>
        <w:t>If you selected "Hard Token," you must check at least one of the following reasons:</w:t>
      </w:r>
    </w:p>
    <w:p w14:paraId="0761B1D4" w14:textId="77777777" w:rsidR="00894230" w:rsidRDefault="00D76788">
      <w:commentRangeStart w:id="2"/>
      <w:commentRangeStart w:id="3"/>
      <w:commentRangeStart w:id="4"/>
      <w:commentRangeStart w:id="5"/>
      <w:commentRangeStart w:id="6"/>
      <w:commentRangeStart w:id="7"/>
      <w:commentRangeStart w:id="8"/>
      <w:commentRangeStart w:id="9"/>
      <w:r>
        <w:t>[  ]  VDI / Shared Environment: The user's primary work environment is a Virtual Desktop Infrastructure (VDI), Thin Client, or other non-persistent/shared system that does not support soft certificates.</w:t>
      </w:r>
    </w:p>
    <w:p w14:paraId="2C48873A" w14:textId="4EA958AF" w:rsidR="00CC08A7" w:rsidRDefault="00CC08A7" w:rsidP="00CC08A7">
      <w:r>
        <w:t>[  ] High-Assurance Role: The user requires a hard token due to a high-assurance role, such as:</w:t>
      </w:r>
    </w:p>
    <w:p w14:paraId="75787C95" w14:textId="51BC20B1" w:rsidR="00CC08A7" w:rsidRDefault="00CC08A7" w:rsidP="00CC08A7">
      <w:r>
        <w:t xml:space="preserve">    [  ] Financial Approver</w:t>
      </w:r>
    </w:p>
    <w:p w14:paraId="70D1DEAB" w14:textId="393F0E74" w:rsidR="00E94F86" w:rsidRDefault="00CC08A7" w:rsidP="00CC08A7">
      <w:r>
        <w:t xml:space="preserve">    [  ] Privileged System Administrator</w:t>
      </w:r>
    </w:p>
    <w:p w14:paraId="49EFBB60" w14:textId="51778C17" w:rsidR="00894230" w:rsidRDefault="00D76788">
      <w:r>
        <w:t>[  ]  Multi-System Use: The user has a mission requirement to use their certificate on multiple, distinct workstations where installing a soft certificate on each is not feasible.</w:t>
      </w:r>
      <w:commentRangeEnd w:id="5"/>
      <w:r w:rsidR="001F6422">
        <w:rPr>
          <w:rStyle w:val="CommentReference"/>
          <w:sz w:val="22"/>
          <w:szCs w:val="22"/>
        </w:rPr>
        <w:commentReference w:id="5"/>
      </w:r>
      <w:commentRangeEnd w:id="6"/>
      <w:r w:rsidR="00953CDC">
        <w:rPr>
          <w:rStyle w:val="CommentReference"/>
          <w:sz w:val="22"/>
          <w:szCs w:val="22"/>
        </w:rPr>
        <w:commentReference w:id="6"/>
      </w:r>
      <w:commentRangeEnd w:id="7"/>
      <w:r w:rsidR="00DA7AF2">
        <w:rPr>
          <w:rStyle w:val="CommentReference"/>
          <w:sz w:val="22"/>
          <w:szCs w:val="22"/>
        </w:rPr>
        <w:commentReference w:id="7"/>
      </w:r>
      <w:commentRangeEnd w:id="8"/>
      <w:r w:rsidR="00ED73F0">
        <w:rPr>
          <w:rStyle w:val="CommentReference"/>
          <w:sz w:val="22"/>
          <w:szCs w:val="22"/>
        </w:rPr>
        <w:commentReference w:id="8"/>
      </w:r>
      <w:commentRangeEnd w:id="9"/>
      <w:r w:rsidR="00556A47">
        <w:rPr>
          <w:rStyle w:val="CommentReference"/>
          <w:sz w:val="22"/>
          <w:szCs w:val="22"/>
        </w:rPr>
        <w:commentReference w:id="9"/>
      </w:r>
      <w:commentRangeEnd w:id="2"/>
      <w:r w:rsidR="001F6422">
        <w:rPr>
          <w:rStyle w:val="CommentReference"/>
          <w:sz w:val="22"/>
          <w:szCs w:val="22"/>
        </w:rPr>
        <w:commentReference w:id="2"/>
      </w:r>
      <w:commentRangeEnd w:id="3"/>
      <w:r w:rsidR="00163A0B">
        <w:rPr>
          <w:rStyle w:val="CommentReference"/>
          <w:sz w:val="22"/>
          <w:szCs w:val="22"/>
        </w:rPr>
        <w:commentReference w:id="3"/>
      </w:r>
      <w:commentRangeEnd w:id="4"/>
      <w:r w:rsidR="00A279F3">
        <w:rPr>
          <w:rStyle w:val="CommentReference"/>
          <w:sz w:val="22"/>
          <w:szCs w:val="22"/>
        </w:rPr>
        <w:commentReference w:id="4"/>
      </w:r>
    </w:p>
    <w:p w14:paraId="0CF435E8" w14:textId="77777777" w:rsidR="00894230" w:rsidRDefault="00D76788">
      <w:r>
        <w:t>[  ]  Other (Requires specific approval): Please provide a brief justification below.</w:t>
      </w:r>
    </w:p>
    <w:p w14:paraId="0FC4CB91" w14:textId="77777777" w:rsidR="00894230" w:rsidRDefault="00D76788">
      <w:r>
        <w:t>___________________________________________________________________________</w:t>
      </w:r>
    </w:p>
    <w:p w14:paraId="0BC23BB1" w14:textId="77777777" w:rsidR="00894230" w:rsidRDefault="00D76788">
      <w:r>
        <w:t>___________________________________________________________________________</w:t>
      </w:r>
    </w:p>
    <w:p w14:paraId="6CC2CFE8" w14:textId="77777777" w:rsidR="0070124A" w:rsidRDefault="0070124A" w:rsidP="0070124A">
      <w:r>
        <w:t>___________________________________________________________________________</w:t>
      </w:r>
    </w:p>
    <w:p w14:paraId="153E69B5" w14:textId="77777777" w:rsidR="001F01E2" w:rsidRDefault="001F01E2">
      <w:pPr>
        <w:rPr>
          <w:b/>
          <w:color w:val="2F5496"/>
          <w:sz w:val="28"/>
        </w:rPr>
      </w:pPr>
    </w:p>
    <w:p w14:paraId="40491246" w14:textId="41C748BE" w:rsidR="00894230" w:rsidRDefault="00D76788">
      <w:r>
        <w:rPr>
          <w:b/>
          <w:color w:val="2F5496"/>
          <w:sz w:val="28"/>
        </w:rPr>
        <w:t>Section 3: Certificate Term Attestation</w:t>
      </w:r>
    </w:p>
    <w:p w14:paraId="4E4ED9B3" w14:textId="77777777" w:rsidR="00894230" w:rsidRDefault="00D76788">
      <w:r>
        <w:rPr>
          <w:i/>
        </w:rPr>
        <w:t>Instructions: The validity period of the certificate MUST align with the end-user's expected time remaining in their role. Please attest to the appropriate term by checking one box below.</w:t>
      </w:r>
    </w:p>
    <w:p w14:paraId="420292CD" w14:textId="6EF7FB55" w:rsidR="00894230" w:rsidRDefault="00D76788">
      <w:r>
        <w:t xml:space="preserve">[  ]  </w:t>
      </w:r>
      <w:r>
        <w:rPr>
          <w:b/>
        </w:rPr>
        <w:t xml:space="preserve">I attest that the intended user has </w:t>
      </w:r>
      <w:r w:rsidR="000E1A82">
        <w:rPr>
          <w:b/>
        </w:rPr>
        <w:t>3</w:t>
      </w:r>
      <w:r>
        <w:rPr>
          <w:b/>
        </w:rPr>
        <w:t xml:space="preserve"> to 12 months remaining in their position.</w:t>
      </w:r>
      <w:r>
        <w:br/>
        <w:t xml:space="preserve">      (Select for a 1-Year Certificate Voucher)</w:t>
      </w:r>
    </w:p>
    <w:p w14:paraId="77C69617" w14:textId="77777777" w:rsidR="00894230" w:rsidRDefault="00D76788">
      <w:r>
        <w:t xml:space="preserve">[  </w:t>
      </w:r>
      <w:commentRangeStart w:id="10"/>
      <w:commentRangeStart w:id="11"/>
      <w:r>
        <w:t xml:space="preserve">]  </w:t>
      </w:r>
      <w:r>
        <w:rPr>
          <w:b/>
        </w:rPr>
        <w:t>I attest that the intended user has 13 to 24 months remaining in their position.</w:t>
      </w:r>
      <w:r>
        <w:br/>
        <w:t xml:space="preserve">      (Select for a 2-Year Certificate Voucher)</w:t>
      </w:r>
    </w:p>
    <w:p w14:paraId="1878E579" w14:textId="3330E77C" w:rsidR="00894230" w:rsidRDefault="00D76788">
      <w:r>
        <w:t xml:space="preserve">[  ]  </w:t>
      </w:r>
      <w:r>
        <w:rPr>
          <w:b/>
        </w:rPr>
        <w:t>I attest that the intended user has more than 24 months remaining in their position.</w:t>
      </w:r>
      <w:r>
        <w:br/>
        <w:t xml:space="preserve">      (Select for a 3-Year Certificate Voucher)</w:t>
      </w:r>
      <w:commentRangeEnd w:id="10"/>
      <w:r w:rsidR="001F6422">
        <w:rPr>
          <w:rStyle w:val="CommentReference"/>
          <w:sz w:val="22"/>
          <w:szCs w:val="22"/>
        </w:rPr>
        <w:commentReference w:id="10"/>
      </w:r>
      <w:commentRangeEnd w:id="11"/>
      <w:r w:rsidR="00DA0C41">
        <w:rPr>
          <w:rStyle w:val="CommentReference"/>
          <w:sz w:val="22"/>
          <w:szCs w:val="22"/>
        </w:rPr>
        <w:commentReference w:id="11"/>
      </w:r>
    </w:p>
    <w:p w14:paraId="710802D5" w14:textId="77777777" w:rsidR="00894230" w:rsidRDefault="00894230"/>
    <w:p w14:paraId="702F90A1" w14:textId="77777777" w:rsidR="00C528CC" w:rsidRDefault="00C528CC">
      <w:pPr>
        <w:rPr>
          <w:b/>
          <w:color w:val="2F5496"/>
          <w:sz w:val="28"/>
        </w:rPr>
      </w:pPr>
    </w:p>
    <w:p w14:paraId="18AAFA7D" w14:textId="77777777" w:rsidR="00C528CC" w:rsidRDefault="00C528CC">
      <w:pPr>
        <w:rPr>
          <w:b/>
          <w:color w:val="2F5496"/>
          <w:sz w:val="28"/>
        </w:rPr>
      </w:pPr>
    </w:p>
    <w:p w14:paraId="338FC9C7" w14:textId="730FD287" w:rsidR="00894230" w:rsidRDefault="00D76788">
      <w:r>
        <w:rPr>
          <w:b/>
          <w:color w:val="2F5496"/>
          <w:sz w:val="28"/>
        </w:rPr>
        <w:lastRenderedPageBreak/>
        <w:t xml:space="preserve">Section 4: </w:t>
      </w:r>
      <w:r w:rsidR="00D24133">
        <w:rPr>
          <w:b/>
          <w:color w:val="2F5496"/>
          <w:sz w:val="28"/>
        </w:rPr>
        <w:t>ADE</w:t>
      </w:r>
      <w:r>
        <w:rPr>
          <w:b/>
          <w:color w:val="2F5496"/>
          <w:sz w:val="28"/>
        </w:rPr>
        <w:t xml:space="preserve"> Signature</w:t>
      </w:r>
    </w:p>
    <w:p w14:paraId="6715BFBD" w14:textId="4841B42B" w:rsidR="00894230" w:rsidRDefault="00D76788">
      <w:r>
        <w:rPr>
          <w:i/>
        </w:rPr>
        <w:t>By signing below, to the best of my knowledge, that the information provided is accurate and that the request is justified for mission-related purposes.</w:t>
      </w:r>
    </w:p>
    <w:p w14:paraId="4869A54E" w14:textId="77777777" w:rsidR="00894230" w:rsidRDefault="00894230"/>
    <w:p w14:paraId="17F76D8A" w14:textId="7266B376" w:rsidR="00894230" w:rsidRDefault="00E20D5A" w:rsidP="00B731F2">
      <w:pPr>
        <w:ind w:firstLine="720"/>
      </w:pPr>
      <w:r>
        <w:t xml:space="preserve">          </w:t>
      </w:r>
      <w:r w:rsidR="00B731F2">
        <w:t>ADE</w:t>
      </w:r>
      <w:r w:rsidR="00D76788">
        <w:t xml:space="preserve"> Signature: ____________________________</w:t>
      </w:r>
      <w:r w:rsidR="00B276A5">
        <w:t>_____</w:t>
      </w:r>
    </w:p>
    <w:p w14:paraId="0A32168F" w14:textId="78B19E57" w:rsidR="00894230" w:rsidRDefault="00B731F2" w:rsidP="00B731F2">
      <w:pPr>
        <w:ind w:firstLine="720"/>
      </w:pPr>
      <w:r>
        <w:t>ADE</w:t>
      </w:r>
      <w:r w:rsidR="00D76788">
        <w:t xml:space="preserve"> Name (Printed): _______________________</w:t>
      </w:r>
      <w:r w:rsidR="0002692B">
        <w:t>__________</w:t>
      </w:r>
    </w:p>
    <w:p w14:paraId="3E98341B" w14:textId="227231F6" w:rsidR="00894230" w:rsidRDefault="00E20D5A" w:rsidP="00B731F2">
      <w:pPr>
        <w:ind w:firstLine="720"/>
      </w:pPr>
      <w:r>
        <w:t xml:space="preserve">        </w:t>
      </w:r>
      <w:r w:rsidR="00B731F2">
        <w:t>ADE</w:t>
      </w:r>
      <w:r w:rsidR="00D76788">
        <w:t xml:space="preserve"> Title/Rank: ___________________________</w:t>
      </w:r>
      <w:r w:rsidR="0002692B">
        <w:t>______</w:t>
      </w:r>
    </w:p>
    <w:p w14:paraId="7013C693" w14:textId="32699605" w:rsidR="00894230" w:rsidRDefault="00E20D5A">
      <w:r>
        <w:t xml:space="preserve">                                         </w:t>
      </w:r>
      <w:r w:rsidR="00D76788">
        <w:t>Date: _____________________________</w:t>
      </w:r>
      <w:r w:rsidR="0002692B">
        <w:t>____</w:t>
      </w:r>
    </w:p>
    <w:p w14:paraId="5662D4F3" w14:textId="77777777" w:rsidR="00FA3AB9" w:rsidRPr="00383995" w:rsidRDefault="00FA3AB9" w:rsidP="00FA3AB9">
      <w:pPr>
        <w:jc w:val="center"/>
        <w:rPr>
          <w:b/>
          <w:bCs/>
        </w:rPr>
      </w:pPr>
      <w:r w:rsidRPr="00383995">
        <w:rPr>
          <w:b/>
          <w:bCs/>
          <w:i/>
          <w:iCs/>
        </w:rPr>
        <w:t>OR</w:t>
      </w:r>
      <w:r w:rsidRPr="00383995">
        <w:rPr>
          <w:b/>
          <w:bCs/>
        </w:rPr>
        <w:t xml:space="preserve"> Digital Signature:</w:t>
      </w:r>
    </w:p>
    <w:p w14:paraId="619B5531" w14:textId="77777777" w:rsidR="00B4013B" w:rsidRDefault="00B4013B">
      <w:pPr>
        <w:rPr>
          <w:b/>
        </w:rPr>
      </w:pPr>
    </w:p>
    <w:p w14:paraId="307FE0D3" w14:textId="77777777" w:rsidR="00B4013B" w:rsidRDefault="00B4013B">
      <w:pPr>
        <w:rPr>
          <w:b/>
        </w:rPr>
      </w:pPr>
    </w:p>
    <w:p w14:paraId="45A81C7D" w14:textId="77777777" w:rsidR="00B731F2" w:rsidRDefault="00B731F2">
      <w:pPr>
        <w:rPr>
          <w:b/>
        </w:rPr>
      </w:pPr>
    </w:p>
    <w:p w14:paraId="0E330566" w14:textId="643EE518" w:rsidR="00FA3AB9" w:rsidRDefault="00B4013B">
      <w:r>
        <w:rPr>
          <w:b/>
        </w:rPr>
        <w:t>Process Note for:</w:t>
      </w:r>
      <w:r>
        <w:rPr>
          <w:i/>
        </w:rPr>
        <w:t xml:space="preserve"> Upon submission and approval of this form, a voucher will be generated and sent to the end-user's email address. </w:t>
      </w:r>
      <w:r w:rsidR="006D1DAB">
        <w:rPr>
          <w:i/>
        </w:rPr>
        <w:t xml:space="preserve">This email address is critical as it’s linked to credentials. </w:t>
      </w:r>
      <w:r>
        <w:rPr>
          <w:i/>
        </w:rPr>
        <w:t>The end-user should also be provided with the "</w:t>
      </w:r>
      <w:r w:rsidR="00FA0BA5">
        <w:rPr>
          <w:i/>
        </w:rPr>
        <w:t xml:space="preserve">DSCA ECA </w:t>
      </w:r>
      <w:r w:rsidR="00176636">
        <w:rPr>
          <w:i/>
        </w:rPr>
        <w:t>En</w:t>
      </w:r>
      <w:r>
        <w:rPr>
          <w:i/>
        </w:rPr>
        <w:t xml:space="preserve">d-User </w:t>
      </w:r>
      <w:r w:rsidR="00176636">
        <w:rPr>
          <w:i/>
        </w:rPr>
        <w:t>Playbook</w:t>
      </w:r>
      <w:r>
        <w:rPr>
          <w:i/>
        </w:rPr>
        <w:t>," which will outline their next steps.</w:t>
      </w:r>
    </w:p>
    <w:sectPr w:rsidR="00FA3AB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Youst, Jonathan CTR DSCA OBO IMT DST (USA)" w:date="2026-03-31T09:45:00Z" w:initials="Y(">
    <w:p w14:paraId="1A4FF74D" w14:textId="1F507BF3" w:rsidR="00852DBF" w:rsidRDefault="00852DBF">
      <w:pPr>
        <w:pStyle w:val="CommentText"/>
      </w:pPr>
      <w:r>
        <w:rPr>
          <w:rStyle w:val="CommentReference"/>
        </w:rPr>
        <w:annotationRef/>
      </w:r>
      <w:r w:rsidRPr="261D1246">
        <w:t>I think the form is good and making it generic was the right move.</w:t>
      </w:r>
    </w:p>
  </w:comment>
  <w:comment w:id="1" w:author="Gandy, Chad R CIV DSCA OBO IMT DST (USA)" w:date="2026-03-31T10:35:00Z" w:initials="CG">
    <w:p w14:paraId="5A346185" w14:textId="77777777" w:rsidR="003210BF" w:rsidRDefault="003210BF" w:rsidP="003210BF">
      <w:pPr>
        <w:pStyle w:val="CommentText"/>
      </w:pPr>
      <w:r>
        <w:rPr>
          <w:rStyle w:val="CommentReference"/>
        </w:rPr>
        <w:annotationRef/>
      </w:r>
      <w:r>
        <w:t>I will have a guide for this</w:t>
      </w:r>
    </w:p>
  </w:comment>
  <w:comment w:id="5" w:author="Youst, Jonathan CTR DSCA OBO IMT DST (USA)" w:date="2026-03-31T09:41:00Z" w:initials="Y(">
    <w:p w14:paraId="6AD55218" w14:textId="04929E4B" w:rsidR="009B459D" w:rsidRDefault="009B459D">
      <w:pPr>
        <w:pStyle w:val="CommentText"/>
      </w:pPr>
      <w:r>
        <w:rPr>
          <w:rStyle w:val="CommentReference"/>
        </w:rPr>
        <w:annotationRef/>
      </w:r>
      <w:r w:rsidRPr="6CA164F3">
        <w:t xml:space="preserve">Does there need to be a financial transaction justification check box also? For users that need to authorize transactions. </w:t>
      </w:r>
    </w:p>
  </w:comment>
  <w:comment w:id="6" w:author="Gandy, Chad R CIV DSCA OBO IMT DST (USA)" w:date="2026-03-31T09:57:00Z" w:initials="CG">
    <w:p w14:paraId="74408D48" w14:textId="77777777" w:rsidR="00953CDC" w:rsidRDefault="00953CDC" w:rsidP="00953CDC">
      <w:pPr>
        <w:pStyle w:val="CommentText"/>
      </w:pPr>
      <w:r>
        <w:rPr>
          <w:rStyle w:val="CommentReference"/>
        </w:rPr>
        <w:annotationRef/>
      </w:r>
      <w:r>
        <w:t>Not sure what you mean. Can you clarify?</w:t>
      </w:r>
    </w:p>
  </w:comment>
  <w:comment w:id="7" w:author="Youst, Jonathan CTR DSCA OBO IMT DST (USA)" w:date="2026-03-31T10:18:00Z" w:initials="Y(">
    <w:p w14:paraId="484E12FA" w14:textId="3E9EAF43" w:rsidR="00177B33" w:rsidRDefault="00177B33">
      <w:pPr>
        <w:pStyle w:val="CommentText"/>
      </w:pPr>
      <w:r>
        <w:rPr>
          <w:rStyle w:val="CommentReference"/>
        </w:rPr>
        <w:annotationRef/>
      </w:r>
      <w:r w:rsidRPr="34DA2E4A">
        <w:t xml:space="preserve">Policy Guidance. As this form is not system specific some hardware uses may apply for higher risk systems. Such as when processing refunds or executing contracts etc. </w:t>
      </w:r>
    </w:p>
    <w:p w14:paraId="7226D2EC" w14:textId="2EF7BD06" w:rsidR="00177B33" w:rsidRDefault="00177B33">
      <w:pPr>
        <w:pStyle w:val="CommentText"/>
      </w:pPr>
    </w:p>
    <w:p w14:paraId="6A64C46B" w14:textId="23BA46AB" w:rsidR="00177B33" w:rsidRDefault="00177B33">
      <w:pPr>
        <w:pStyle w:val="CommentText"/>
      </w:pPr>
      <w:r w:rsidRPr="5F81EFB7">
        <w:t>But thinking through this that might just be part of our internal process in determining if they are accessing certain systems they automatically need hardware.</w:t>
      </w:r>
    </w:p>
    <w:p w14:paraId="0ED1BC79" w14:textId="60E97BDC" w:rsidR="00177B33" w:rsidRDefault="00177B33">
      <w:pPr>
        <w:pStyle w:val="CommentText"/>
      </w:pPr>
    </w:p>
  </w:comment>
  <w:comment w:id="8" w:author="Gandy, Chad R CIV DSCA OBO IMT DST (USA)" w:date="2026-03-31T10:26:00Z" w:initials="CG">
    <w:p w14:paraId="150A44F0" w14:textId="77777777" w:rsidR="00ED73F0" w:rsidRDefault="00ED73F0" w:rsidP="00ED73F0">
      <w:pPr>
        <w:pStyle w:val="CommentText"/>
      </w:pPr>
      <w:r>
        <w:rPr>
          <w:rStyle w:val="CommentReference"/>
        </w:rPr>
        <w:annotationRef/>
      </w:r>
      <w:r>
        <w:t>The only extra use case for a hard token is for privileged users or those approving financial actions. The question is, how many of them are there that do not have a CAC that we already support?</w:t>
      </w:r>
    </w:p>
  </w:comment>
  <w:comment w:id="9" w:author="Youst, Jonathan CTR DSCA OBO IMT DST (USA)" w:date="2026-03-31T10:38:00Z" w:initials="Y(">
    <w:p w14:paraId="2B618508" w14:textId="05850372" w:rsidR="00866543" w:rsidRDefault="00866543">
      <w:pPr>
        <w:pStyle w:val="CommentText"/>
      </w:pPr>
      <w:r>
        <w:rPr>
          <w:rStyle w:val="CommentReference"/>
        </w:rPr>
        <w:annotationRef/>
      </w:r>
      <w:r w:rsidRPr="04B2A43F">
        <w:t>I know from working with the CFD's there would be atleast 175 approving financial actions. I can't attest for other systems</w:t>
      </w:r>
    </w:p>
  </w:comment>
  <w:comment w:id="2" w:author="Youst, Jonathan CTR DSCA OBO IMT DST (USA)" w:date="2026-03-31T09:43:00Z" w:initials="Y(">
    <w:p w14:paraId="70091248" w14:textId="3BE106C7" w:rsidR="00852DBF" w:rsidRDefault="00852DBF">
      <w:pPr>
        <w:pStyle w:val="CommentText"/>
      </w:pPr>
      <w:r>
        <w:rPr>
          <w:rStyle w:val="CommentReference"/>
        </w:rPr>
        <w:annotationRef/>
      </w:r>
      <w:r w:rsidRPr="5EE57B69">
        <w:t>Might want to make a note that if they are unsure to check with their IT department. I feel a share of users won't be very technical to determine where they qualify.</w:t>
      </w:r>
    </w:p>
  </w:comment>
  <w:comment w:id="3" w:author="Gandy, Chad R CIV DSCA OBO IMT DST (USA)" w:date="2026-03-31T09:58:00Z" w:initials="CG">
    <w:p w14:paraId="099AF32A" w14:textId="77777777" w:rsidR="00163A0B" w:rsidRDefault="00163A0B" w:rsidP="00163A0B">
      <w:pPr>
        <w:pStyle w:val="CommentText"/>
      </w:pPr>
      <w:r>
        <w:rPr>
          <w:rStyle w:val="CommentReference"/>
        </w:rPr>
        <w:annotationRef/>
      </w:r>
      <w:r>
        <w:t>Good point. Will have to think about how to do this without muddying this up too much.</w:t>
      </w:r>
    </w:p>
  </w:comment>
  <w:comment w:id="4" w:author="Gandy, Chad R CIV DSCA OBO IMT DST (USA)" w:date="2026-03-31T09:59:00Z" w:initials="CG">
    <w:p w14:paraId="20A8F58D" w14:textId="77777777" w:rsidR="00A279F3" w:rsidRDefault="00A279F3" w:rsidP="00A279F3">
      <w:pPr>
        <w:pStyle w:val="CommentText"/>
      </w:pPr>
      <w:r>
        <w:rPr>
          <w:rStyle w:val="CommentReference"/>
        </w:rPr>
        <w:annotationRef/>
      </w:r>
      <w:r>
        <w:t>I added the line in the section statement</w:t>
      </w:r>
    </w:p>
  </w:comment>
  <w:comment w:id="10" w:author="Youst, Jonathan CTR DSCA OBO IMT DST (USA)" w:date="2026-03-31T09:39:00Z" w:initials="Y(">
    <w:p w14:paraId="4937D4D8" w14:textId="378CC982" w:rsidR="003032D3" w:rsidRDefault="003032D3">
      <w:r>
        <w:annotationRef/>
      </w:r>
      <w:r w:rsidRPr="702729F2">
        <w:t xml:space="preserve">Just need to make sure upon purchase these can be supported with the structure of the contract. </w:t>
      </w:r>
    </w:p>
  </w:comment>
  <w:comment w:id="11" w:author="Gandy, Chad R CIV DSCA OBO IMT DST (USA)" w:date="2026-03-31T09:57:00Z" w:initials="CG">
    <w:p w14:paraId="47265C00" w14:textId="77777777" w:rsidR="00DA0C41" w:rsidRDefault="00DA0C41" w:rsidP="00DA0C41">
      <w:pPr>
        <w:pStyle w:val="CommentText"/>
      </w:pPr>
      <w:r>
        <w:rPr>
          <w:rStyle w:val="CommentReference"/>
        </w:rPr>
        <w:annotationRef/>
      </w:r>
      <w:r>
        <w:t>The contract will have to be IDIQ. And we can gather these forms early so we can make an initial purchase.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A4FF74D" w15:done="1"/>
  <w15:commentEx w15:paraId="5A346185" w15:paraIdParent="1A4FF74D" w15:done="1"/>
  <w15:commentEx w15:paraId="6AD55218" w15:done="1"/>
  <w15:commentEx w15:paraId="74408D48" w15:paraIdParent="6AD55218" w15:done="1"/>
  <w15:commentEx w15:paraId="0ED1BC79" w15:paraIdParent="6AD55218" w15:done="1"/>
  <w15:commentEx w15:paraId="150A44F0" w15:paraIdParent="6AD55218" w15:done="1"/>
  <w15:commentEx w15:paraId="2B618508" w15:paraIdParent="6AD55218" w15:done="1"/>
  <w15:commentEx w15:paraId="70091248" w15:done="1"/>
  <w15:commentEx w15:paraId="099AF32A" w15:paraIdParent="70091248" w15:done="1"/>
  <w15:commentEx w15:paraId="20A8F58D" w15:paraIdParent="70091248" w15:done="1"/>
  <w15:commentEx w15:paraId="4937D4D8" w15:done="1"/>
  <w15:commentEx w15:paraId="47265C00" w15:paraIdParent="4937D4D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BD25F92" w16cex:dateUtc="2026-03-31T13:45:00Z">
    <w16cex:extLst>
      <w16:ext w16:uri="{CE6994B0-6A32-4C9F-8C6B-6E91EDA988CE}">
        <cr:reactions xmlns:cr="http://schemas.microsoft.com/office/comments/2020/reactions">
          <cr:reaction reactionType="1">
            <cr:reactionInfo dateUtc="2026-03-31T14:24:13Z">
              <cr:user userId="S::chad.r.gandy.civ@mail.mil::14396c99-4cd3-448e-a3de-b637e15edc74" userProvider="AD" userName="Gandy, Chad R CIV DSCA OBO IMT DST (USA)"/>
            </cr:reactionInfo>
          </cr:reaction>
        </cr:reactions>
      </w16:ext>
    </w16cex:extLst>
  </w16cex:commentExtensible>
  <w16cex:commentExtensible w16cex:durableId="7D89BCEC" w16cex:dateUtc="2026-03-31T14:35:00Z"/>
  <w16cex:commentExtensible w16cex:durableId="78080EB6" w16cex:dateUtc="2026-03-31T13:41:00Z">
    <w16cex:extLst>
      <w16:ext w16:uri="{CE6994B0-6A32-4C9F-8C6B-6E91EDA988CE}">
        <cr:reactions xmlns:cr="http://schemas.microsoft.com/office/comments/2020/reactions">
          <cr:reaction reactionType="1">
            <cr:reactionInfo dateUtc="2026-03-31T14:42:54Z">
              <cr:user userId="S::chad.r.gandy.civ@mail.mil::14396c99-4cd3-448e-a3de-b637e15edc74" userProvider="AD" userName="Gandy, Chad R CIV DSCA OBO IMT DST (USA)"/>
            </cr:reactionInfo>
          </cr:reaction>
        </cr:reactions>
      </w16:ext>
    </w16cex:extLst>
  </w16cex:commentExtensible>
  <w16cex:commentExtensible w16cex:durableId="6FF71A29" w16cex:dateUtc="2026-03-31T13:57:00Z"/>
  <w16cex:commentExtensible w16cex:durableId="72A083F6" w16cex:dateUtc="2026-03-31T14:18:00Z"/>
  <w16cex:commentExtensible w16cex:durableId="39A3D8A7" w16cex:dateUtc="2026-03-31T14:26:00Z"/>
  <w16cex:commentExtensible w16cex:durableId="482CD64B" w16cex:dateUtc="2026-03-31T14:38:00Z">
    <w16cex:extLst>
      <w16:ext w16:uri="{CE6994B0-6A32-4C9F-8C6B-6E91EDA988CE}">
        <cr:reactions xmlns:cr="http://schemas.microsoft.com/office/comments/2020/reactions">
          <cr:reaction reactionType="1">
            <cr:reactionInfo dateUtc="2026-03-31T14:43:00Z">
              <cr:user userId="S::chad.r.gandy.civ@mail.mil::14396c99-4cd3-448e-a3de-b637e15edc74" userProvider="AD" userName="Gandy, Chad R CIV DSCA OBO IMT DST (USA)"/>
            </cr:reactionInfo>
          </cr:reaction>
        </cr:reactions>
      </w16:ext>
    </w16cex:extLst>
  </w16cex:commentExtensible>
  <w16cex:commentExtensible w16cex:durableId="5C4C5173" w16cex:dateUtc="2026-03-31T13:43:00Z"/>
  <w16cex:commentExtensible w16cex:durableId="0F6D4FC3" w16cex:dateUtc="2026-03-31T13:58:00Z"/>
  <w16cex:commentExtensible w16cex:durableId="582AE711" w16cex:dateUtc="2026-03-31T13:59:00Z">
    <w16cex:extLst>
      <w16:ext w16:uri="{CE6994B0-6A32-4C9F-8C6B-6E91EDA988CE}">
        <cr:reactions xmlns:cr="http://schemas.microsoft.com/office/comments/2020/reactions">
          <cr:reaction reactionType="1">
            <cr:reactionInfo dateUtc="2026-03-31T14:06:35Z">
              <cr:user userId="S::jonathan.youst.ctr@mail.mil::65609900-f3c4-4326-98e1-df868a82c946" userProvider="AD" userName="Youst, Jonathan CTR DSCA OBO IMT DST (USA)"/>
            </cr:reactionInfo>
          </cr:reaction>
        </cr:reactions>
      </w16:ext>
    </w16cex:extLst>
  </w16cex:commentExtensible>
  <w16cex:commentExtensible w16cex:durableId="7D6745BD" w16cex:dateUtc="2026-03-31T13:39:00Z"/>
  <w16cex:commentExtensible w16cex:durableId="15D5B005" w16cex:dateUtc="2026-03-31T13:57:00Z">
    <w16cex:extLst>
      <w16:ext w16:uri="{CE6994B0-6A32-4C9F-8C6B-6E91EDA988CE}">
        <cr:reactions xmlns:cr="http://schemas.microsoft.com/office/comments/2020/reactions">
          <cr:reaction reactionType="1">
            <cr:reactionInfo dateUtc="2026-03-31T13:59:26Z">
              <cr:user userId="S::jonathan.youst.ctr@mail.mil::65609900-f3c4-4326-98e1-df868a82c946" userProvider="AD" userName="Youst, Jonathan CTR DSCA OBO IMT DST (USA)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4FF74D" w16cid:durableId="4BD25F92"/>
  <w16cid:commentId w16cid:paraId="5A346185" w16cid:durableId="7D89BCEC"/>
  <w16cid:commentId w16cid:paraId="6AD55218" w16cid:durableId="78080EB6"/>
  <w16cid:commentId w16cid:paraId="74408D48" w16cid:durableId="6FF71A29"/>
  <w16cid:commentId w16cid:paraId="0ED1BC79" w16cid:durableId="72A083F6"/>
  <w16cid:commentId w16cid:paraId="150A44F0" w16cid:durableId="39A3D8A7"/>
  <w16cid:commentId w16cid:paraId="2B618508" w16cid:durableId="482CD64B"/>
  <w16cid:commentId w16cid:paraId="70091248" w16cid:durableId="5C4C5173"/>
  <w16cid:commentId w16cid:paraId="099AF32A" w16cid:durableId="0F6D4FC3"/>
  <w16cid:commentId w16cid:paraId="20A8F58D" w16cid:durableId="582AE711"/>
  <w16cid:commentId w16cid:paraId="4937D4D8" w16cid:durableId="7D6745BD"/>
  <w16cid:commentId w16cid:paraId="47265C00" w16cid:durableId="15D5B00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0156135">
    <w:abstractNumId w:val="8"/>
  </w:num>
  <w:num w:numId="2" w16cid:durableId="753742027">
    <w:abstractNumId w:val="6"/>
  </w:num>
  <w:num w:numId="3" w16cid:durableId="840050408">
    <w:abstractNumId w:val="5"/>
  </w:num>
  <w:num w:numId="4" w16cid:durableId="1884517161">
    <w:abstractNumId w:val="4"/>
  </w:num>
  <w:num w:numId="5" w16cid:durableId="799029799">
    <w:abstractNumId w:val="7"/>
  </w:num>
  <w:num w:numId="6" w16cid:durableId="23143739">
    <w:abstractNumId w:val="3"/>
  </w:num>
  <w:num w:numId="7" w16cid:durableId="87504036">
    <w:abstractNumId w:val="2"/>
  </w:num>
  <w:num w:numId="8" w16cid:durableId="1602445085">
    <w:abstractNumId w:val="1"/>
  </w:num>
  <w:num w:numId="9" w16cid:durableId="198373057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Youst, Jonathan CTR DSCA OBO IMT DST (USA)">
    <w15:presenceInfo w15:providerId="AD" w15:userId="S::jonathan.youst.ctr@mail.mil::65609900-f3c4-4326-98e1-df868a82c946"/>
  </w15:person>
  <w15:person w15:author="Gandy, Chad R CIV DSCA OBO IMT DST (USA)">
    <w15:presenceInfo w15:providerId="AD" w15:userId="S::chad.r.gandy.civ@mail.mil::14396c99-4cd3-448e-a3de-b637e15edc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692B"/>
    <w:rsid w:val="00034616"/>
    <w:rsid w:val="000402C8"/>
    <w:rsid w:val="0004031B"/>
    <w:rsid w:val="0006063C"/>
    <w:rsid w:val="000B7ABA"/>
    <w:rsid w:val="000E1A82"/>
    <w:rsid w:val="001502D2"/>
    <w:rsid w:val="0015074B"/>
    <w:rsid w:val="00163A0B"/>
    <w:rsid w:val="00176636"/>
    <w:rsid w:val="00177B33"/>
    <w:rsid w:val="00180A37"/>
    <w:rsid w:val="0018208F"/>
    <w:rsid w:val="001F01E2"/>
    <w:rsid w:val="001F6422"/>
    <w:rsid w:val="002066E0"/>
    <w:rsid w:val="00231A10"/>
    <w:rsid w:val="0029639D"/>
    <w:rsid w:val="002A3C71"/>
    <w:rsid w:val="002F5B89"/>
    <w:rsid w:val="003032D3"/>
    <w:rsid w:val="003210BF"/>
    <w:rsid w:val="00326F90"/>
    <w:rsid w:val="00383995"/>
    <w:rsid w:val="00396544"/>
    <w:rsid w:val="00406893"/>
    <w:rsid w:val="00461FB8"/>
    <w:rsid w:val="0047555F"/>
    <w:rsid w:val="004C3229"/>
    <w:rsid w:val="0051226E"/>
    <w:rsid w:val="00527C13"/>
    <w:rsid w:val="005406CB"/>
    <w:rsid w:val="00556A47"/>
    <w:rsid w:val="00573E77"/>
    <w:rsid w:val="005E25B3"/>
    <w:rsid w:val="005F3D9A"/>
    <w:rsid w:val="006D1DAB"/>
    <w:rsid w:val="0070124A"/>
    <w:rsid w:val="0070231C"/>
    <w:rsid w:val="00765116"/>
    <w:rsid w:val="00784151"/>
    <w:rsid w:val="007A5930"/>
    <w:rsid w:val="007C3A3B"/>
    <w:rsid w:val="007F24FE"/>
    <w:rsid w:val="00852DBF"/>
    <w:rsid w:val="00856200"/>
    <w:rsid w:val="00866543"/>
    <w:rsid w:val="00873F75"/>
    <w:rsid w:val="00874FFC"/>
    <w:rsid w:val="00885E8A"/>
    <w:rsid w:val="00894230"/>
    <w:rsid w:val="008D51F9"/>
    <w:rsid w:val="008E5EC8"/>
    <w:rsid w:val="00923F52"/>
    <w:rsid w:val="00935BE2"/>
    <w:rsid w:val="00952DCC"/>
    <w:rsid w:val="00953CDC"/>
    <w:rsid w:val="0097152F"/>
    <w:rsid w:val="009A32DB"/>
    <w:rsid w:val="009A509D"/>
    <w:rsid w:val="009B459D"/>
    <w:rsid w:val="00A279F3"/>
    <w:rsid w:val="00A522E0"/>
    <w:rsid w:val="00AA1D8D"/>
    <w:rsid w:val="00AA1F84"/>
    <w:rsid w:val="00AC415C"/>
    <w:rsid w:val="00AC7F2C"/>
    <w:rsid w:val="00B023FA"/>
    <w:rsid w:val="00B23A40"/>
    <w:rsid w:val="00B276A5"/>
    <w:rsid w:val="00B4013B"/>
    <w:rsid w:val="00B47730"/>
    <w:rsid w:val="00B731F2"/>
    <w:rsid w:val="00B73E85"/>
    <w:rsid w:val="00B90543"/>
    <w:rsid w:val="00BE667B"/>
    <w:rsid w:val="00C01770"/>
    <w:rsid w:val="00C14CE4"/>
    <w:rsid w:val="00C528CC"/>
    <w:rsid w:val="00C55667"/>
    <w:rsid w:val="00C65A2C"/>
    <w:rsid w:val="00C8619A"/>
    <w:rsid w:val="00CA6575"/>
    <w:rsid w:val="00CB0664"/>
    <w:rsid w:val="00CB69BC"/>
    <w:rsid w:val="00CC08A7"/>
    <w:rsid w:val="00CD4E77"/>
    <w:rsid w:val="00D24133"/>
    <w:rsid w:val="00D76788"/>
    <w:rsid w:val="00D80C74"/>
    <w:rsid w:val="00DA0C41"/>
    <w:rsid w:val="00DA7AF2"/>
    <w:rsid w:val="00DB4496"/>
    <w:rsid w:val="00E20D5A"/>
    <w:rsid w:val="00E353EB"/>
    <w:rsid w:val="00E94F86"/>
    <w:rsid w:val="00ED73F0"/>
    <w:rsid w:val="00F87CBD"/>
    <w:rsid w:val="00F915EE"/>
    <w:rsid w:val="00FA0BA5"/>
    <w:rsid w:val="00FA3AB9"/>
    <w:rsid w:val="00FB180F"/>
    <w:rsid w:val="00FC693F"/>
    <w:rsid w:val="05650177"/>
    <w:rsid w:val="2F17BEF0"/>
    <w:rsid w:val="42F3CEF1"/>
    <w:rsid w:val="511EA126"/>
    <w:rsid w:val="53A00B86"/>
    <w:rsid w:val="540FCBE7"/>
    <w:rsid w:val="62CB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36BE5291-29F0-49B8-B068-BD2D08A56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CommentText">
    <w:name w:val="annotation text"/>
    <w:basedOn w:val="Normal"/>
    <w:link w:val="CommentTextChar"/>
    <w:uiPriority w:val="99"/>
    <w:unhideWhenUsed/>
    <w:rsid w:val="007023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231C"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0231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C41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25E1FE9B0A654D8D1402EA321B5D95" ma:contentTypeVersion="13" ma:contentTypeDescription="Create a new document." ma:contentTypeScope="" ma:versionID="1f6082d60d6c25d4d5998de89c63e456">
  <xsd:schema xmlns:xsd="http://www.w3.org/2001/XMLSchema" xmlns:xs="http://www.w3.org/2001/XMLSchema" xmlns:p="http://schemas.microsoft.com/office/2006/metadata/properties" xmlns:ns1="http://schemas.microsoft.com/sharepoint/v3" xmlns:ns2="cb90ad7f-a516-401b-8f7a-7e8ec6da9dc0" xmlns:ns3="2e263454-fa8f-45e9-9255-4056092512f8" targetNamespace="http://schemas.microsoft.com/office/2006/metadata/properties" ma:root="true" ma:fieldsID="e2d0c8eaa770128e2a28d9c9b44c26db" ns1:_="" ns2:_="" ns3:_="">
    <xsd:import namespace="http://schemas.microsoft.com/sharepoint/v3"/>
    <xsd:import namespace="cb90ad7f-a516-401b-8f7a-7e8ec6da9dc0"/>
    <xsd:import namespace="2e263454-fa8f-45e9-9255-405609251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0ad7f-a516-401b-8f7a-7e8ec6da9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871f771-ab78-46b7-810c-7667649bb9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63454-fa8f-45e9-9255-4056092512f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6d737bd-3940-4518-a846-3a70a0ec934e}" ma:internalName="TaxCatchAll" ma:showField="CatchAllData" ma:web="2e263454-fa8f-45e9-9255-405609251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2e263454-fa8f-45e9-9255-4056092512f8" xsi:nil="true"/>
    <lcf76f155ced4ddcb4097134ff3c332f xmlns="cb90ad7f-a516-401b-8f7a-7e8ec6da9dc0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AA94E8-6509-4A77-8071-D2A910CEC7C1}"/>
</file>

<file path=customXml/itemProps3.xml><?xml version="1.0" encoding="utf-8"?>
<ds:datastoreItem xmlns:ds="http://schemas.openxmlformats.org/officeDocument/2006/customXml" ds:itemID="{07BFF5C8-C043-46DC-B3F7-99AF7B51044C}"/>
</file>

<file path=customXml/itemProps4.xml><?xml version="1.0" encoding="utf-8"?>
<ds:datastoreItem xmlns:ds="http://schemas.openxmlformats.org/officeDocument/2006/customXml" ds:itemID="{E4128536-7F14-4F8C-925B-D08AFC0C0492}"/>
</file>

<file path=docMetadata/LabelInfo.xml><?xml version="1.0" encoding="utf-8"?>
<clbl:labelList xmlns:clbl="http://schemas.microsoft.com/office/2020/mipLabelMetadata">
  <clbl:label id="{34af72ce-cc13-4953-b9ba-4cca0e04b883}" enabled="1" method="Standard" siteId="{102d0191-eeae-4761-b1cb-1a83e86ef44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Gandy, Chad R CIV DSCA OBO IMT PEO-CLS (USA)</cp:lastModifiedBy>
  <cp:revision>12</cp:revision>
  <dcterms:created xsi:type="dcterms:W3CDTF">2026-06-22T12:29:00Z</dcterms:created>
  <dcterms:modified xsi:type="dcterms:W3CDTF">2026-06-22T13:07:00Z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0x0101004225E1FE9B0A654D8D1402EA321B5D95</vt:lpwstr>
  </property>
</Properties>
</file>